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שווא נע לשווא נח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(שמות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שווא נע שנשמע ושווא נח ששותק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תואר מתאים, למשל: הילדות השמחות שרו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שמות תואר הגיוניים לתיאור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תכונה, שם עצם שם דבר או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נשמע, שווא נח לא נשמע; יש להביא דוגמה מתאימה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תואר שמתאים במין ובמספר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סיבוב הגלגל במשחק, כדי שהתלמידים יגיעו מוכנים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לתרגל בעל פה לפני הכתיבה, כדי לחזק את ההגייה של ההפכים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השווא מומלץ לקרוא את המילים בקול רם ולהדגיש את ההבדל בשמיעה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'גלגל המשימות' מסובבים גלגל ומקבלים משימה על שמות תואר או על קריאה נכונה של מילים עם שווא. בדף הזה נתרגל את שני הנושאים לפני שמסובבים את הגלגל.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חכמה  ·  קטנים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 (שמות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מילה שיש בה שווא, הוא תמיד נשמע באותו אופן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ה__________ קראה ספר (חכם)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הכלבים ה__________ רצו בחצר (קטן)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תואר שמתאים נכון במין ובמספר לשם העצם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שני שמות תואר שמתארים חיה אהובה עליכם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תואר אחד ושם עצם אחד, והסבירו איך הבדלתם ביניהם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שווא נע לשווא נח? תנו דוגמה אחת לכל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